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F8EE7A" w14:textId="14A88262" w:rsidR="008F5A29" w:rsidRPr="008F5A29" w:rsidRDefault="008F5A29" w:rsidP="008F5A29">
      <w:pPr>
        <w:jc w:val="center"/>
        <w:rPr>
          <w:b/>
          <w:bCs/>
        </w:rPr>
      </w:pPr>
      <w:r w:rsidRPr="008F5A29">
        <w:rPr>
          <w:b/>
          <w:bCs/>
        </w:rPr>
        <w:t>Friends and Family General Information Release Form</w:t>
      </w:r>
    </w:p>
    <w:p w14:paraId="0AEE9ABD" w14:textId="6C3990FB" w:rsidR="00CD11E7" w:rsidRDefault="008F5A29">
      <w:r>
        <w:t>By completing this form, you authorize Cranberry Psychological Center to r</w:t>
      </w:r>
      <w:r w:rsidR="00565E90">
        <w:t xml:space="preserve">elease </w:t>
      </w:r>
      <w:r>
        <w:t>i</w:t>
      </w:r>
      <w:r w:rsidR="00565E90">
        <w:t>nformation</w:t>
      </w:r>
      <w:r>
        <w:t xml:space="preserve"> as indicated below:</w:t>
      </w:r>
    </w:p>
    <w:p w14:paraId="3239B026" w14:textId="77777777" w:rsidR="00CD11E7" w:rsidRPr="00565E90" w:rsidRDefault="00565E90">
      <w:pPr>
        <w:rPr>
          <w:b/>
          <w:bCs/>
        </w:rPr>
      </w:pPr>
      <w:r w:rsidRPr="00565E90">
        <w:rPr>
          <w:b/>
          <w:bCs/>
        </w:rPr>
        <w:t>Patient Information</w:t>
      </w:r>
    </w:p>
    <w:p w14:paraId="04835FDD" w14:textId="0CEB3EDB" w:rsidR="00CD11E7" w:rsidRDefault="00565E90">
      <w:r>
        <w:t>- Patient Name: __________________________________________    Date of Birth: ____ / ____ / __________</w:t>
      </w:r>
    </w:p>
    <w:p w14:paraId="677CEA3A" w14:textId="77777777" w:rsidR="008F5A29" w:rsidRDefault="008F5A29">
      <w:pPr>
        <w:rPr>
          <w:b/>
          <w:bCs/>
        </w:rPr>
      </w:pPr>
    </w:p>
    <w:p w14:paraId="777D5922" w14:textId="777BE7EA" w:rsidR="00CD11E7" w:rsidRPr="00565E90" w:rsidRDefault="00565E90">
      <w:pPr>
        <w:rPr>
          <w:b/>
          <w:bCs/>
        </w:rPr>
      </w:pPr>
      <w:r w:rsidRPr="00565E90">
        <w:rPr>
          <w:b/>
          <w:bCs/>
        </w:rPr>
        <w:t>Authorized Third Party (Person Allowed to Receive Information)</w:t>
      </w:r>
    </w:p>
    <w:p w14:paraId="1ED153B5" w14:textId="77777777" w:rsidR="00CD11E7" w:rsidRDefault="00565E90">
      <w:r>
        <w:t>- Name: _________________________________________________</w:t>
      </w:r>
    </w:p>
    <w:p w14:paraId="5F84FF06" w14:textId="77777777" w:rsidR="00CD11E7" w:rsidRDefault="00565E90">
      <w:r>
        <w:t>- Relationship to Patient: _________________________________</w:t>
      </w:r>
    </w:p>
    <w:p w14:paraId="0C3872D5" w14:textId="77777777" w:rsidR="00CD11E7" w:rsidRDefault="00565E90">
      <w:r>
        <w:t>- Phone Number (optional): ________________________________</w:t>
      </w:r>
    </w:p>
    <w:p w14:paraId="6FD9F18F" w14:textId="76F6D169" w:rsidR="00133741" w:rsidRDefault="00133741">
      <w:r>
        <w:t xml:space="preserve"> - Email: ___________________________________________</w:t>
      </w:r>
    </w:p>
    <w:p w14:paraId="6B29F2A4" w14:textId="77777777" w:rsidR="00565E90" w:rsidRDefault="00565E90">
      <w:pPr>
        <w:rPr>
          <w:b/>
          <w:bCs/>
        </w:rPr>
      </w:pPr>
    </w:p>
    <w:p w14:paraId="6CF943BA" w14:textId="69FEB31B" w:rsidR="00CD11E7" w:rsidRPr="00565E90" w:rsidRDefault="00565E90">
      <w:pPr>
        <w:rPr>
          <w:b/>
          <w:bCs/>
        </w:rPr>
      </w:pPr>
      <w:r w:rsidRPr="00565E90">
        <w:rPr>
          <w:b/>
          <w:bCs/>
        </w:rPr>
        <w:t>Information Authorized for Release (Check all that apply)</w:t>
      </w:r>
    </w:p>
    <w:p w14:paraId="54F951C3" w14:textId="4CBF8283" w:rsidR="00CD11E7" w:rsidRDefault="00565E90">
      <w:r>
        <w:t>[ ] Appointment Information        [ ] Billing &amp; Insurance Information     [ ] General Medical Information</w:t>
      </w:r>
    </w:p>
    <w:p w14:paraId="50423650" w14:textId="2C710625" w:rsidR="00565E90" w:rsidRDefault="00565E90" w:rsidP="00565E90">
      <w:r>
        <w:t xml:space="preserve">[ ] Medication Refills     </w:t>
      </w:r>
      <w:r w:rsidR="1156AD77">
        <w:t xml:space="preserve">[ ] Lab Results  </w:t>
      </w:r>
      <w:r>
        <w:t xml:space="preserve"> [ ] Other (specify): _______________________________________</w:t>
      </w:r>
    </w:p>
    <w:p w14:paraId="71D6AECA" w14:textId="77777777" w:rsidR="00CD11E7" w:rsidRPr="00565E90" w:rsidRDefault="00CD11E7">
      <w:pPr>
        <w:rPr>
          <w:b/>
          <w:bCs/>
        </w:rPr>
      </w:pPr>
    </w:p>
    <w:p w14:paraId="53FC8147" w14:textId="77777777" w:rsidR="00CD11E7" w:rsidRPr="00565E90" w:rsidRDefault="00565E90">
      <w:pPr>
        <w:rPr>
          <w:b/>
          <w:bCs/>
        </w:rPr>
      </w:pPr>
      <w:r w:rsidRPr="00565E90">
        <w:rPr>
          <w:b/>
          <w:bCs/>
        </w:rPr>
        <w:t>Method of Communication (Check all that apply)</w:t>
      </w:r>
    </w:p>
    <w:p w14:paraId="1362488B" w14:textId="66D27EF4" w:rsidR="00CD11E7" w:rsidRDefault="00565E90">
      <w:r>
        <w:t>[ ] Phone     [ ] Voicemail     [ ] Email     [ ] Text Message     [ ] In-person     [ ] Other: _______________________________________</w:t>
      </w:r>
    </w:p>
    <w:p w14:paraId="3C85B105" w14:textId="77777777" w:rsidR="00CD11E7" w:rsidRDefault="00CD11E7"/>
    <w:p w14:paraId="6FE4F351" w14:textId="77777777" w:rsidR="00CD11E7" w:rsidRPr="00565E90" w:rsidRDefault="00565E90">
      <w:pPr>
        <w:rPr>
          <w:b/>
          <w:bCs/>
        </w:rPr>
      </w:pPr>
      <w:r w:rsidRPr="00565E90">
        <w:rPr>
          <w:b/>
          <w:bCs/>
        </w:rPr>
        <w:t>Expiration of Authorization</w:t>
      </w:r>
    </w:p>
    <w:p w14:paraId="3D5756D9" w14:textId="77777777" w:rsidR="00CD11E7" w:rsidRDefault="00565E90">
      <w:r>
        <w:t>[ ] This authorization remains in effect until revoked in writing.</w:t>
      </w:r>
    </w:p>
    <w:p w14:paraId="5AAB9660" w14:textId="77777777" w:rsidR="00CD11E7" w:rsidRDefault="00565E90">
      <w:r>
        <w:t>OR</w:t>
      </w:r>
    </w:p>
    <w:p w14:paraId="03B4CF06" w14:textId="3850D776" w:rsidR="00CD11E7" w:rsidRDefault="00565E90">
      <w:r>
        <w:t>[ ] This authorization expires on one year from date signed.</w:t>
      </w:r>
    </w:p>
    <w:p w14:paraId="4A76CD1B" w14:textId="77777777" w:rsidR="00CD11E7" w:rsidRDefault="00CD11E7"/>
    <w:p w14:paraId="4AA759ED" w14:textId="77777777" w:rsidR="00CD11E7" w:rsidRPr="00565E90" w:rsidRDefault="00565E90" w:rsidP="00565E90">
      <w:pPr>
        <w:spacing w:after="0" w:line="240" w:lineRule="auto"/>
        <w:rPr>
          <w:b/>
          <w:bCs/>
        </w:rPr>
      </w:pPr>
      <w:r w:rsidRPr="00565E90">
        <w:rPr>
          <w:b/>
          <w:bCs/>
        </w:rPr>
        <w:t>Patient Rights</w:t>
      </w:r>
    </w:p>
    <w:p w14:paraId="1131C021" w14:textId="77777777" w:rsidR="00CD11E7" w:rsidRPr="00565E90" w:rsidRDefault="00565E90" w:rsidP="00565E90">
      <w:pPr>
        <w:spacing w:after="0" w:line="240" w:lineRule="auto"/>
        <w:rPr>
          <w:sz w:val="18"/>
          <w:szCs w:val="18"/>
        </w:rPr>
      </w:pPr>
      <w:r w:rsidRPr="00565E90">
        <w:rPr>
          <w:sz w:val="18"/>
          <w:szCs w:val="18"/>
        </w:rPr>
        <w:t>- I understand that I may revoke this authorization at any time by submitting a written request to the office.</w:t>
      </w:r>
    </w:p>
    <w:p w14:paraId="3CA45C19" w14:textId="77777777" w:rsidR="00CD11E7" w:rsidRPr="00565E90" w:rsidRDefault="00565E90" w:rsidP="00565E90">
      <w:pPr>
        <w:spacing w:after="0" w:line="240" w:lineRule="auto"/>
        <w:rPr>
          <w:sz w:val="18"/>
          <w:szCs w:val="18"/>
        </w:rPr>
      </w:pPr>
      <w:r w:rsidRPr="00565E90">
        <w:rPr>
          <w:sz w:val="18"/>
          <w:szCs w:val="18"/>
        </w:rPr>
        <w:t>- I understand that revocation will not affect information already released before the request was received.</w:t>
      </w:r>
    </w:p>
    <w:p w14:paraId="086E0812" w14:textId="77777777" w:rsidR="00CD11E7" w:rsidRPr="00565E90" w:rsidRDefault="00565E90" w:rsidP="00565E90">
      <w:pPr>
        <w:spacing w:after="0" w:line="240" w:lineRule="auto"/>
        <w:rPr>
          <w:sz w:val="18"/>
          <w:szCs w:val="18"/>
        </w:rPr>
      </w:pPr>
      <w:r w:rsidRPr="00565E90">
        <w:rPr>
          <w:sz w:val="18"/>
          <w:szCs w:val="18"/>
        </w:rPr>
        <w:t>- I understand that this authorization is voluntary and my treatment will not be affected by my decision to sign or not sign.</w:t>
      </w:r>
    </w:p>
    <w:p w14:paraId="00385DFB" w14:textId="77777777" w:rsidR="00CD11E7" w:rsidRPr="00565E90" w:rsidRDefault="00565E90" w:rsidP="00565E90">
      <w:pPr>
        <w:spacing w:after="0" w:line="240" w:lineRule="auto"/>
        <w:rPr>
          <w:sz w:val="18"/>
          <w:szCs w:val="18"/>
        </w:rPr>
      </w:pPr>
      <w:r w:rsidRPr="00565E90">
        <w:rPr>
          <w:sz w:val="18"/>
          <w:szCs w:val="18"/>
        </w:rPr>
        <w:t>- I understand that information disclosed to the authorized person may be re-disclosed and may no longer be protected by HIPAA.</w:t>
      </w:r>
    </w:p>
    <w:p w14:paraId="0D7A0595" w14:textId="77777777" w:rsidR="00CD11E7" w:rsidRDefault="00CD11E7"/>
    <w:p w14:paraId="1D34DCBB" w14:textId="77777777" w:rsidR="00CD11E7" w:rsidRPr="00565E90" w:rsidRDefault="00565E90">
      <w:pPr>
        <w:rPr>
          <w:b/>
          <w:bCs/>
        </w:rPr>
      </w:pPr>
      <w:r w:rsidRPr="00565E90">
        <w:rPr>
          <w:b/>
          <w:bCs/>
        </w:rPr>
        <w:t>Signature</w:t>
      </w:r>
    </w:p>
    <w:p w14:paraId="1004AB3D" w14:textId="77777777" w:rsidR="00CD11E7" w:rsidRDefault="00565E90">
      <w:r>
        <w:t>Patient or Legal Guardian Signature: _________________________________</w:t>
      </w:r>
    </w:p>
    <w:p w14:paraId="4BD35248" w14:textId="42925D8E" w:rsidR="00CD11E7" w:rsidRDefault="00565E90">
      <w:r>
        <w:t>Printed Name: _________________________________________________</w:t>
      </w:r>
      <w:r w:rsidR="24CFF074">
        <w:t xml:space="preserve">    </w:t>
      </w:r>
      <w:r>
        <w:t>Date: ____ / ____ / __________</w:t>
      </w:r>
    </w:p>
    <w:sectPr w:rsidR="00CD11E7" w:rsidSect="00565E9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13608306">
    <w:abstractNumId w:val="8"/>
  </w:num>
  <w:num w:numId="2" w16cid:durableId="654992599">
    <w:abstractNumId w:val="6"/>
  </w:num>
  <w:num w:numId="3" w16cid:durableId="429156627">
    <w:abstractNumId w:val="5"/>
  </w:num>
  <w:num w:numId="4" w16cid:durableId="1052774709">
    <w:abstractNumId w:val="4"/>
  </w:num>
  <w:num w:numId="5" w16cid:durableId="322204611">
    <w:abstractNumId w:val="7"/>
  </w:num>
  <w:num w:numId="6" w16cid:durableId="832066081">
    <w:abstractNumId w:val="3"/>
  </w:num>
  <w:num w:numId="7" w16cid:durableId="1263302629">
    <w:abstractNumId w:val="2"/>
  </w:num>
  <w:num w:numId="8" w16cid:durableId="1586108617">
    <w:abstractNumId w:val="1"/>
  </w:num>
  <w:num w:numId="9" w16cid:durableId="12880500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33741"/>
    <w:rsid w:val="0015074B"/>
    <w:rsid w:val="0029639D"/>
    <w:rsid w:val="00326F90"/>
    <w:rsid w:val="00565E90"/>
    <w:rsid w:val="006A7C46"/>
    <w:rsid w:val="008F5A29"/>
    <w:rsid w:val="00A302C0"/>
    <w:rsid w:val="00AA1D8D"/>
    <w:rsid w:val="00B47730"/>
    <w:rsid w:val="00C811DA"/>
    <w:rsid w:val="00CB0664"/>
    <w:rsid w:val="00CB64E5"/>
    <w:rsid w:val="00CD11E7"/>
    <w:rsid w:val="00F57E43"/>
    <w:rsid w:val="00FC693F"/>
    <w:rsid w:val="1156AD77"/>
    <w:rsid w:val="24CFF074"/>
    <w:rsid w:val="4E0ACCB7"/>
    <w:rsid w:val="79D4A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DB50940"/>
  <w14:defaultImageDpi w14:val="300"/>
  <w15:docId w15:val="{7D1D6809-100F-4661-AFA8-16D6AD580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imeline xmlns="76331092-2dd2-4143-b0d2-8c983e05edd1" xsi:nil="true"/>
    <_ip_UnifiedCompliancePolicyUIAction xmlns="http://schemas.microsoft.com/sharepoint/v3" xsi:nil="true"/>
    <TaxCatchAll xmlns="fd7d481a-df0e-4a7a-ab18-471c789ec4d4" xsi:nil="true"/>
    <_ip_UnifiedCompliancePolicyProperties xmlns="http://schemas.microsoft.com/sharepoint/v3" xsi:nil="true"/>
    <lcf76f155ced4ddcb4097134ff3c332f xmlns="76331092-2dd2-4143-b0d2-8c983e05edd1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328ADC17BC784A91A857E44F3BD842" ma:contentTypeVersion="17" ma:contentTypeDescription="Create a new document." ma:contentTypeScope="" ma:versionID="3111a0b5bec6256fa29a7d78e759ba25">
  <xsd:schema xmlns:xsd="http://www.w3.org/2001/XMLSchema" xmlns:xs="http://www.w3.org/2001/XMLSchema" xmlns:p="http://schemas.microsoft.com/office/2006/metadata/properties" xmlns:ns1="http://schemas.microsoft.com/sharepoint/v3" xmlns:ns2="76331092-2dd2-4143-b0d2-8c983e05edd1" xmlns:ns3="fd7d481a-df0e-4a7a-ab18-471c789ec4d4" targetNamespace="http://schemas.microsoft.com/office/2006/metadata/properties" ma:root="true" ma:fieldsID="322c6f80e138e0a8f92a805a126545f4" ns1:_="" ns2:_="" ns3:_="">
    <xsd:import namespace="http://schemas.microsoft.com/sharepoint/v3"/>
    <xsd:import namespace="76331092-2dd2-4143-b0d2-8c983e05edd1"/>
    <xsd:import namespace="fd7d481a-df0e-4a7a-ab18-471c789ec4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Timeline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331092-2dd2-4143-b0d2-8c983e05ed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Timeline" ma:index="14" nillable="true" ma:displayName="Timeline" ma:format="Dropdown" ma:internalName="Timeline">
      <xsd:simpleType>
        <xsd:restriction base="dms:Text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2556050-5633-4207-8055-69b1a7bea5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7d481a-df0e-4a7a-ab18-471c789ec4d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e70e8ab-bec9-4e6e-95fe-fbb4732865c0}" ma:internalName="TaxCatchAll" ma:showField="CatchAllData" ma:web="fd7d481a-df0e-4a7a-ab18-471c789ec4d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E6788B5-B3FC-421B-96F2-FA623CED5057}">
  <ds:schemaRefs>
    <ds:schemaRef ds:uri="http://schemas.microsoft.com/office/2006/metadata/properties"/>
    <ds:schemaRef ds:uri="http://schemas.microsoft.com/office/infopath/2007/PartnerControls"/>
    <ds:schemaRef ds:uri="76331092-2dd2-4143-b0d2-8c983e05edd1"/>
    <ds:schemaRef ds:uri="http://schemas.microsoft.com/sharepoint/v3"/>
    <ds:schemaRef ds:uri="fd7d481a-df0e-4a7a-ab18-471c789ec4d4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9B4C3E8-B407-454F-A24E-A0CBB39B6F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6331092-2dd2-4143-b0d2-8c983e05edd1"/>
    <ds:schemaRef ds:uri="fd7d481a-df0e-4a7a-ab18-471c789ec4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904D7E7-D3C0-4031-BAE9-84A5BE2493F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279</Words>
  <Characters>1591</Characters>
  <Application>Microsoft Office Word</Application>
  <DocSecurity>0</DocSecurity>
  <Lines>13</Lines>
  <Paragraphs>3</Paragraphs>
  <ScaleCrop>false</ScaleCrop>
  <Manager/>
  <Company/>
  <LinksUpToDate>false</LinksUpToDate>
  <CharactersWithSpaces>1867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Kerri Howard</cp:lastModifiedBy>
  <cp:revision>3</cp:revision>
  <cp:lastPrinted>2025-12-03T17:37:00Z</cp:lastPrinted>
  <dcterms:created xsi:type="dcterms:W3CDTF">2025-12-04T21:04:00Z</dcterms:created>
  <dcterms:modified xsi:type="dcterms:W3CDTF">2026-02-26T15:32:00Z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0x01010013328ADC17BC784A91A857E44F3BD842</vt:lpwstr>
  </property>
  <property fmtid="{D5CDD505-2E9C-101B-9397-08002B2CF9AE}" pid="3" name="MediaServiceImageTags">
    <vt:lpwstr/>
  </property>
</Properties>
</file>